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188EE" w14:textId="326B0166" w:rsidR="007C2D4D" w:rsidRDefault="00000000">
      <w:pPr>
        <w:jc w:val="right"/>
      </w:pPr>
      <w:r>
        <w:rPr>
          <w:sz w:val="18"/>
        </w:rPr>
        <w:br/>
      </w:r>
    </w:p>
    <w:p w14:paraId="5BFEE003" w14:textId="77777777" w:rsidR="007C2D4D" w:rsidRDefault="00000000">
      <w:pPr>
        <w:spacing w:after="400"/>
        <w:jc w:val="center"/>
      </w:pPr>
      <w:r>
        <w:rPr>
          <w:b/>
          <w:sz w:val="28"/>
        </w:rPr>
        <w:t>NYILVÁNTARTÁSBA VÉTELI KÉRELEM KÉPVISELŐJELÖLTKÉNT</w:t>
      </w:r>
    </w:p>
    <w:tbl>
      <w:tblPr>
        <w:tblW w:w="0" w:type="auto"/>
        <w:jc w:val="center"/>
        <w:tblBorders>
          <w:top w:val="single" w:sz="4" w:space="0" w:color="005691"/>
          <w:left w:val="single" w:sz="4" w:space="0" w:color="005691"/>
          <w:bottom w:val="single" w:sz="4" w:space="0" w:color="005691"/>
          <w:right w:val="single" w:sz="4" w:space="0" w:color="005691"/>
          <w:insideH w:val="single" w:sz="4" w:space="0" w:color="005691"/>
          <w:insideV w:val="single" w:sz="4" w:space="0" w:color="005691"/>
        </w:tblBorders>
        <w:tblLayout w:type="fixed"/>
        <w:tblLook w:val="04A0" w:firstRow="1" w:lastRow="0" w:firstColumn="1" w:lastColumn="0" w:noHBand="0" w:noVBand="1"/>
      </w:tblPr>
      <w:tblGrid>
        <w:gridCol w:w="9936"/>
      </w:tblGrid>
      <w:tr w:rsidR="007C2D4D" w14:paraId="6EC81842" w14:textId="77777777">
        <w:trPr>
          <w:jc w:val="center"/>
        </w:trPr>
        <w:tc>
          <w:tcPr>
            <w:tcW w:w="9936" w:type="dxa"/>
            <w:shd w:val="clear" w:color="auto" w:fill="005691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5BE4ACDA" w14:textId="508738F6" w:rsidR="007C2D4D" w:rsidRDefault="00000000">
            <w:r>
              <w:rPr>
                <w:b/>
                <w:color w:val="FFFFFF"/>
                <w:sz w:val="22"/>
              </w:rPr>
              <w:t xml:space="preserve">1. </w:t>
            </w:r>
            <w:r w:rsidR="00520FF5">
              <w:rPr>
                <w:b/>
                <w:color w:val="FFFFFF"/>
                <w:sz w:val="22"/>
              </w:rPr>
              <w:t>A KÉRELEM TÁRGYA</w:t>
            </w:r>
          </w:p>
        </w:tc>
      </w:tr>
      <w:tr w:rsidR="007C2D4D" w14:paraId="759C3C0B" w14:textId="77777777">
        <w:trPr>
          <w:jc w:val="center"/>
        </w:trPr>
        <w:tc>
          <w:tcPr>
            <w:tcW w:w="9936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D579FDB" w14:textId="0E915AB6" w:rsidR="007C2D4D" w:rsidRDefault="00000000" w:rsidP="00520FF5">
            <w:pPr>
              <w:spacing w:after="80"/>
              <w:jc w:val="both"/>
            </w:pPr>
            <w:r>
              <w:t xml:space="preserve">Kérem a képviselőjelöltként </w:t>
            </w:r>
            <w:proofErr w:type="spellStart"/>
            <w:r>
              <w:t>történő</w:t>
            </w:r>
            <w:proofErr w:type="spellEnd"/>
            <w:r>
              <w:t xml:space="preserve"> </w:t>
            </w:r>
            <w:proofErr w:type="spellStart"/>
            <w:r>
              <w:t>nyilvántartásba</w:t>
            </w:r>
            <w:proofErr w:type="spellEnd"/>
            <w:r>
              <w:t xml:space="preserve"> </w:t>
            </w:r>
            <w:proofErr w:type="spellStart"/>
            <w:r>
              <w:t>vételemet</w:t>
            </w:r>
            <w:proofErr w:type="spellEnd"/>
            <w:r>
              <w:t xml:space="preserve"> </w:t>
            </w:r>
            <w:r w:rsidR="00520FF5">
              <w:t xml:space="preserve">a 2026. </w:t>
            </w:r>
            <w:proofErr w:type="spellStart"/>
            <w:r w:rsidR="00520FF5">
              <w:t>szeptember</w:t>
            </w:r>
            <w:proofErr w:type="spellEnd"/>
            <w:r w:rsidR="00520FF5">
              <w:t xml:space="preserve"> 23., 24. </w:t>
            </w:r>
            <w:proofErr w:type="spellStart"/>
            <w:r w:rsidR="00520FF5">
              <w:t>és</w:t>
            </w:r>
            <w:proofErr w:type="spellEnd"/>
            <w:r w:rsidR="00520FF5">
              <w:t xml:space="preserve"> 25. </w:t>
            </w:r>
            <w:proofErr w:type="spellStart"/>
            <w:r w:rsidR="00520FF5">
              <w:t>napjára</w:t>
            </w:r>
            <w:proofErr w:type="spellEnd"/>
            <w:r w:rsidR="00520FF5">
              <w:t xml:space="preserve"> </w:t>
            </w:r>
            <w:proofErr w:type="spellStart"/>
            <w:r w:rsidR="00520FF5">
              <w:t>kitűzött</w:t>
            </w:r>
            <w:proofErr w:type="spellEnd"/>
            <w:r w:rsidR="00520FF5">
              <w:t xml:space="preserve"> </w:t>
            </w:r>
            <w:proofErr w:type="spellStart"/>
            <w:r w:rsidR="00520FF5">
              <w:t>ifjúsági</w:t>
            </w:r>
            <w:proofErr w:type="spellEnd"/>
            <w:r w:rsidR="00520FF5">
              <w:t xml:space="preserve"> </w:t>
            </w:r>
            <w:proofErr w:type="spellStart"/>
            <w:r w:rsidR="00520FF5">
              <w:t>képviselők</w:t>
            </w:r>
            <w:proofErr w:type="spellEnd"/>
            <w:r w:rsidR="00520FF5">
              <w:t xml:space="preserve"> </w:t>
            </w:r>
            <w:proofErr w:type="spellStart"/>
            <w:r w:rsidR="00520FF5">
              <w:t>választásán</w:t>
            </w:r>
            <w:proofErr w:type="spellEnd"/>
            <w:r w:rsidR="00520FF5">
              <w:t xml:space="preserve"> a </w:t>
            </w:r>
            <w:proofErr w:type="spellStart"/>
            <w:r w:rsidR="00520FF5">
              <w:t>jelen</w:t>
            </w:r>
            <w:proofErr w:type="spellEnd"/>
            <w:r>
              <w:t xml:space="preserve"> </w:t>
            </w:r>
            <w:proofErr w:type="spellStart"/>
            <w:r>
              <w:t>kérelmem</w:t>
            </w:r>
            <w:proofErr w:type="spellEnd"/>
            <w:r>
              <w:t xml:space="preserve"> </w:t>
            </w:r>
            <w:proofErr w:type="spellStart"/>
            <w:r>
              <w:t>alapján</w:t>
            </w:r>
            <w:proofErr w:type="spellEnd"/>
            <w:r>
              <w:t>.</w:t>
            </w:r>
          </w:p>
        </w:tc>
      </w:tr>
      <w:tr w:rsidR="007C2D4D" w14:paraId="0E6C9296" w14:textId="77777777">
        <w:trPr>
          <w:jc w:val="center"/>
        </w:trPr>
        <w:tc>
          <w:tcPr>
            <w:tcW w:w="9936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5B867A3" w14:textId="6EEFA9E7" w:rsidR="007C2D4D" w:rsidRDefault="00000000">
            <w:pPr>
              <w:spacing w:after="80"/>
            </w:pPr>
            <w:r>
              <w:t xml:space="preserve">Benyújtás módja:  </w:t>
            </w:r>
            <w:proofErr w:type="spellStart"/>
            <w:r>
              <w:t>Személyesen</w:t>
            </w:r>
            <w:proofErr w:type="spellEnd"/>
            <w:r>
              <w:t xml:space="preserve"> az </w:t>
            </w:r>
            <w:r w:rsidR="00520FF5">
              <w:t xml:space="preserve">Ifjúsági Választási </w:t>
            </w:r>
            <w:proofErr w:type="spellStart"/>
            <w:r w:rsidR="00520FF5">
              <w:t>Bizottságnál</w:t>
            </w:r>
            <w:proofErr w:type="spellEnd"/>
            <w:r w:rsidR="00520FF5">
              <w:t xml:space="preserve"> (2740 Abony, Kossuth </w:t>
            </w:r>
            <w:proofErr w:type="spellStart"/>
            <w:r w:rsidR="00520FF5">
              <w:t>tér</w:t>
            </w:r>
            <w:proofErr w:type="spellEnd"/>
            <w:r w:rsidR="00520FF5">
              <w:t xml:space="preserve"> 1.)</w:t>
            </w:r>
          </w:p>
        </w:tc>
      </w:tr>
      <w:tr w:rsidR="007C2D4D" w14:paraId="09BE10CA" w14:textId="77777777">
        <w:trPr>
          <w:jc w:val="center"/>
        </w:trPr>
        <w:tc>
          <w:tcPr>
            <w:tcW w:w="9936" w:type="dxa"/>
            <w:shd w:val="clear" w:color="auto" w:fill="005691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1B8CF5CA" w14:textId="42ADD9BA" w:rsidR="007C2D4D" w:rsidRDefault="00000000">
            <w:r>
              <w:rPr>
                <w:b/>
                <w:color w:val="FFFFFF"/>
                <w:sz w:val="22"/>
              </w:rPr>
              <w:t>2. A JELÖLTKÉNT INDULNI SZÁNDÉKOZÓ</w:t>
            </w:r>
            <w:r w:rsidR="00520FF5">
              <w:rPr>
                <w:b/>
                <w:color w:val="FFFFFF"/>
                <w:sz w:val="22"/>
              </w:rPr>
              <w:t xml:space="preserve"> IFJÚSÁGI</w:t>
            </w:r>
            <w:r>
              <w:rPr>
                <w:b/>
                <w:color w:val="FFFFFF"/>
                <w:sz w:val="22"/>
              </w:rPr>
              <w:t xml:space="preserve"> VÁLASZTÓPOLGÁR ADATAI</w:t>
            </w:r>
          </w:p>
        </w:tc>
      </w:tr>
      <w:tr w:rsidR="007C2D4D" w14:paraId="44C3B927" w14:textId="77777777">
        <w:trPr>
          <w:jc w:val="center"/>
        </w:trPr>
        <w:tc>
          <w:tcPr>
            <w:tcW w:w="9936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B96D705" w14:textId="77777777" w:rsidR="007C2D4D" w:rsidRDefault="00000000">
            <w:pPr>
              <w:spacing w:after="80"/>
            </w:pPr>
            <w:r>
              <w:t>Családi és utóneve(i): ____________________________________________________________________</w:t>
            </w:r>
          </w:p>
        </w:tc>
      </w:tr>
      <w:tr w:rsidR="007C2D4D" w14:paraId="39B63E38" w14:textId="77777777">
        <w:trPr>
          <w:jc w:val="center"/>
        </w:trPr>
        <w:tc>
          <w:tcPr>
            <w:tcW w:w="9936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3A2DAF2" w14:textId="77777777" w:rsidR="007C2D4D" w:rsidRDefault="00000000">
            <w:pPr>
              <w:spacing w:after="80"/>
            </w:pPr>
            <w:r>
              <w:t>Születési helye és ideje: __________________________________________________________________</w:t>
            </w:r>
          </w:p>
        </w:tc>
      </w:tr>
      <w:tr w:rsidR="007C2D4D" w14:paraId="387CDDFF" w14:textId="77777777">
        <w:trPr>
          <w:jc w:val="center"/>
        </w:trPr>
        <w:tc>
          <w:tcPr>
            <w:tcW w:w="9936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F7DCF0D" w14:textId="77777777" w:rsidR="007C2D4D" w:rsidRDefault="00000000">
            <w:pPr>
              <w:spacing w:after="80"/>
            </w:pPr>
            <w:r>
              <w:t>Anyja neve: ____________________________________________________________________________</w:t>
            </w:r>
          </w:p>
        </w:tc>
      </w:tr>
      <w:tr w:rsidR="007C2D4D" w14:paraId="79DD35EB" w14:textId="77777777">
        <w:trPr>
          <w:jc w:val="center"/>
        </w:trPr>
        <w:tc>
          <w:tcPr>
            <w:tcW w:w="9936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F5A0096" w14:textId="00798E2E" w:rsidR="00520FF5" w:rsidRDefault="00000000">
            <w:pPr>
              <w:spacing w:after="80"/>
            </w:pPr>
            <w:r>
              <w:t>Lakcíme:</w:t>
            </w:r>
            <w:r>
              <w:br/>
              <w:t>Irányítószám: _________   Település: ___________________</w:t>
            </w:r>
            <w:r w:rsidR="00520FF5">
              <w:t>________________________</w:t>
            </w:r>
            <w:r>
              <w:t xml:space="preserve">   </w:t>
            </w:r>
          </w:p>
          <w:p w14:paraId="295D42ED" w14:textId="398BEA60" w:rsidR="007C2D4D" w:rsidRDefault="00000000">
            <w:pPr>
              <w:spacing w:after="80"/>
            </w:pPr>
            <w:proofErr w:type="spellStart"/>
            <w:r>
              <w:t>Cím</w:t>
            </w:r>
            <w:proofErr w:type="spellEnd"/>
            <w:r>
              <w:t xml:space="preserve"> (</w:t>
            </w:r>
            <w:proofErr w:type="spellStart"/>
            <w:r>
              <w:t>utca</w:t>
            </w:r>
            <w:proofErr w:type="spellEnd"/>
            <w:r>
              <w:t xml:space="preserve">, </w:t>
            </w:r>
            <w:proofErr w:type="spellStart"/>
            <w:r>
              <w:t>hsz</w:t>
            </w:r>
            <w:proofErr w:type="spellEnd"/>
            <w:r>
              <w:t>.): _______________________</w:t>
            </w:r>
            <w:r w:rsidR="00520FF5">
              <w:t>________________________________________</w:t>
            </w:r>
          </w:p>
        </w:tc>
      </w:tr>
      <w:tr w:rsidR="007C2D4D" w14:paraId="29BAFDF4" w14:textId="77777777">
        <w:trPr>
          <w:jc w:val="center"/>
        </w:trPr>
        <w:tc>
          <w:tcPr>
            <w:tcW w:w="9936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66A5E93" w14:textId="77777777" w:rsidR="007C2D4D" w:rsidRDefault="00000000">
            <w:pPr>
              <w:spacing w:after="80"/>
            </w:pPr>
            <w:r>
              <w:t>Elektronikus elérhetősége (E-mail címe): _____________________________________________________</w:t>
            </w:r>
          </w:p>
        </w:tc>
      </w:tr>
      <w:tr w:rsidR="007C2D4D" w14:paraId="0B9FF6AC" w14:textId="77777777">
        <w:trPr>
          <w:jc w:val="center"/>
        </w:trPr>
        <w:tc>
          <w:tcPr>
            <w:tcW w:w="9936" w:type="dxa"/>
            <w:shd w:val="clear" w:color="auto" w:fill="005691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612CB81C" w14:textId="48B86404" w:rsidR="007C2D4D" w:rsidRDefault="00000000">
            <w:r>
              <w:rPr>
                <w:b/>
                <w:color w:val="FFFFFF"/>
                <w:sz w:val="22"/>
              </w:rPr>
              <w:t xml:space="preserve">3. A JELÖLTKÉNT INDULNI SZÁNDÉKOZÓ </w:t>
            </w:r>
            <w:r w:rsidR="00520FF5">
              <w:rPr>
                <w:b/>
                <w:color w:val="FFFFFF"/>
                <w:sz w:val="22"/>
              </w:rPr>
              <w:t xml:space="preserve">IFJÚSÁGI </w:t>
            </w:r>
            <w:r>
              <w:rPr>
                <w:b/>
                <w:color w:val="FFFFFF"/>
                <w:sz w:val="22"/>
              </w:rPr>
              <w:t>VÁLASZTÓPOLGÁR NYILATKOZATAI ÉS MELLÉKLETEK</w:t>
            </w:r>
          </w:p>
        </w:tc>
      </w:tr>
      <w:tr w:rsidR="007C2D4D" w14:paraId="716EC900" w14:textId="77777777">
        <w:trPr>
          <w:jc w:val="center"/>
        </w:trPr>
        <w:tc>
          <w:tcPr>
            <w:tcW w:w="9936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2C6D890" w14:textId="7EB58188" w:rsidR="007C2D4D" w:rsidRDefault="00000000" w:rsidP="00520FF5">
            <w:pPr>
              <w:spacing w:after="80"/>
              <w:jc w:val="both"/>
            </w:pPr>
            <w:r>
              <w:t xml:space="preserve">A </w:t>
            </w:r>
            <w:proofErr w:type="spellStart"/>
            <w:r>
              <w:t>jelöléshez</w:t>
            </w:r>
            <w:proofErr w:type="spellEnd"/>
            <w:r>
              <w:t xml:space="preserve"> </w:t>
            </w:r>
            <w:proofErr w:type="spellStart"/>
            <w:r>
              <w:t>történő</w:t>
            </w:r>
            <w:proofErr w:type="spellEnd"/>
            <w:r>
              <w:t xml:space="preserve"> </w:t>
            </w:r>
            <w:proofErr w:type="spellStart"/>
            <w:r>
              <w:t>hozzájárulásról</w:t>
            </w:r>
            <w:proofErr w:type="spellEnd"/>
            <w:r>
              <w:t xml:space="preserve"> szóló </w:t>
            </w:r>
            <w:proofErr w:type="spellStart"/>
            <w:r>
              <w:t>törvényes</w:t>
            </w:r>
            <w:proofErr w:type="spellEnd"/>
            <w:r>
              <w:t xml:space="preserve"> képviselői nyilatkozatot jelen kérelmemhez csatoltam.</w:t>
            </w:r>
          </w:p>
        </w:tc>
      </w:tr>
      <w:tr w:rsidR="007C2D4D" w14:paraId="3458335C" w14:textId="77777777">
        <w:trPr>
          <w:jc w:val="center"/>
        </w:trPr>
        <w:tc>
          <w:tcPr>
            <w:tcW w:w="9936" w:type="dxa"/>
            <w:shd w:val="clear" w:color="auto" w:fill="005691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2EEC251A" w14:textId="77777777" w:rsidR="007C2D4D" w:rsidRDefault="00000000">
            <w:r>
              <w:rPr>
                <w:b/>
                <w:color w:val="FFFFFF"/>
              </w:rPr>
              <w:t>4. ALÁÍRÁS</w:t>
            </w:r>
          </w:p>
        </w:tc>
      </w:tr>
      <w:tr w:rsidR="007C2D4D" w14:paraId="6D23976C" w14:textId="77777777">
        <w:trPr>
          <w:jc w:val="center"/>
        </w:trPr>
        <w:tc>
          <w:tcPr>
            <w:tcW w:w="993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B70CE4" w14:textId="77777777" w:rsidR="007C2D4D" w:rsidRDefault="00000000">
            <w:pPr>
              <w:spacing w:after="800"/>
            </w:pPr>
            <w:r>
              <w:t>Kelt: ________________________, 2026. __________________ hó _________ nap</w:t>
            </w:r>
          </w:p>
          <w:p w14:paraId="277650B6" w14:textId="77777777" w:rsidR="007C2D4D" w:rsidRDefault="00000000">
            <w:pPr>
              <w:spacing w:after="40"/>
              <w:jc w:val="center"/>
            </w:pPr>
            <w:r>
              <w:t>______________________________________________________</w:t>
            </w:r>
          </w:p>
          <w:p w14:paraId="01030D58" w14:textId="34900EDD" w:rsidR="007C2D4D" w:rsidRDefault="00000000">
            <w:pPr>
              <w:jc w:val="center"/>
            </w:pPr>
            <w:r>
              <w:rPr>
                <w:b/>
                <w:sz w:val="19"/>
              </w:rPr>
              <w:t xml:space="preserve">a </w:t>
            </w:r>
            <w:proofErr w:type="spellStart"/>
            <w:r>
              <w:rPr>
                <w:b/>
                <w:sz w:val="19"/>
              </w:rPr>
              <w:t>jelöltként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indulni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szándékozó</w:t>
            </w:r>
            <w:proofErr w:type="spellEnd"/>
            <w:r w:rsidR="00520FF5">
              <w:rPr>
                <w:b/>
                <w:sz w:val="19"/>
              </w:rPr>
              <w:t xml:space="preserve"> </w:t>
            </w:r>
            <w:proofErr w:type="spellStart"/>
            <w:r w:rsidR="00520FF5">
              <w:rPr>
                <w:b/>
                <w:sz w:val="19"/>
              </w:rPr>
              <w:t>ifjúsági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választópolgár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aláírása</w:t>
            </w:r>
            <w:proofErr w:type="spellEnd"/>
          </w:p>
        </w:tc>
      </w:tr>
    </w:tbl>
    <w:p w14:paraId="0974FBC1" w14:textId="77777777" w:rsidR="00C552D8" w:rsidRDefault="00C552D8"/>
    <w:sectPr w:rsidR="00C552D8" w:rsidSect="00520FF5">
      <w:pgSz w:w="12240" w:h="15840"/>
      <w:pgMar w:top="142" w:right="1152" w:bottom="14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3429774">
    <w:abstractNumId w:val="8"/>
  </w:num>
  <w:num w:numId="2" w16cid:durableId="1832258867">
    <w:abstractNumId w:val="6"/>
  </w:num>
  <w:num w:numId="3" w16cid:durableId="720326053">
    <w:abstractNumId w:val="5"/>
  </w:num>
  <w:num w:numId="4" w16cid:durableId="1303269435">
    <w:abstractNumId w:val="4"/>
  </w:num>
  <w:num w:numId="5" w16cid:durableId="471023389">
    <w:abstractNumId w:val="7"/>
  </w:num>
  <w:num w:numId="6" w16cid:durableId="1378042167">
    <w:abstractNumId w:val="3"/>
  </w:num>
  <w:num w:numId="7" w16cid:durableId="767506866">
    <w:abstractNumId w:val="2"/>
  </w:num>
  <w:num w:numId="8" w16cid:durableId="580528519">
    <w:abstractNumId w:val="1"/>
  </w:num>
  <w:num w:numId="9" w16cid:durableId="55473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20FF5"/>
    <w:rsid w:val="007C2D4D"/>
    <w:rsid w:val="00AA1D8D"/>
    <w:rsid w:val="00B47730"/>
    <w:rsid w:val="00C552D8"/>
    <w:rsid w:val="00CB0664"/>
    <w:rsid w:val="00DC774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248F3D"/>
  <w14:defaultImageDpi w14:val="300"/>
  <w15:docId w15:val="{26A9257C-CA3C-4A06-8FFD-4E5BC4B0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Arial" w:hAnsi="Arial"/>
      <w:sz w:val="21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aljegy</cp:lastModifiedBy>
  <cp:revision>2</cp:revision>
  <dcterms:created xsi:type="dcterms:W3CDTF">2026-08-29T12:36:00Z</dcterms:created>
  <dcterms:modified xsi:type="dcterms:W3CDTF">2026-08-29T12:36:00Z</dcterms:modified>
  <cp:category/>
</cp:coreProperties>
</file>